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AF418" w14:textId="18D2F231" w:rsidR="00166F67" w:rsidRDefault="003B528D">
      <w:pPr>
        <w:rPr>
          <w:rFonts w:hint="eastAsia"/>
        </w:rPr>
      </w:pPr>
      <w:r>
        <w:t xml:space="preserve">                                                                          </w:t>
      </w:r>
    </w:p>
    <w:p w14:paraId="36A3125D" w14:textId="77777777" w:rsidR="00166F67" w:rsidRPr="003B528D" w:rsidRDefault="00000000">
      <w:pPr>
        <w:spacing w:before="280"/>
        <w:rPr>
          <w:rFonts w:ascii="Arial" w:hAnsi="Arial" w:cs="Arial"/>
        </w:rPr>
      </w:pPr>
      <w:r w:rsidRPr="003B528D">
        <w:rPr>
          <w:rFonts w:ascii="Arial" w:hAnsi="Arial" w:cs="Arial"/>
          <w:b/>
          <w:color w:val="2C417D"/>
          <w:sz w:val="40"/>
        </w:rPr>
        <w:t>SOLICITARE DE OFERTE</w:t>
      </w:r>
    </w:p>
    <w:p w14:paraId="23D2AC47" w14:textId="45DCA8C5" w:rsidR="00166F67" w:rsidRPr="003B528D" w:rsidRDefault="00000000">
      <w:pPr>
        <w:rPr>
          <w:rFonts w:ascii="Arial" w:hAnsi="Arial" w:cs="Arial"/>
        </w:rPr>
      </w:pPr>
      <w:r w:rsidRPr="003B528D">
        <w:rPr>
          <w:rFonts w:ascii="Arial" w:hAnsi="Arial" w:cs="Arial"/>
        </w:rPr>
        <w:t xml:space="preserve">DATCOMP SRL </w:t>
      </w:r>
      <w:proofErr w:type="spellStart"/>
      <w:r w:rsidRPr="003B528D">
        <w:rPr>
          <w:rFonts w:ascii="Arial" w:hAnsi="Arial" w:cs="Arial"/>
        </w:rPr>
        <w:t>invită</w:t>
      </w:r>
      <w:proofErr w:type="spellEnd"/>
      <w:r w:rsidRPr="003B528D">
        <w:rPr>
          <w:rFonts w:ascii="Arial" w:hAnsi="Arial" w:cs="Arial"/>
        </w:rPr>
        <w:t xml:space="preserve"> </w:t>
      </w:r>
      <w:proofErr w:type="spellStart"/>
      <w:r w:rsidR="003B528D" w:rsidRPr="003B528D">
        <w:rPr>
          <w:rFonts w:ascii="Arial" w:hAnsi="Arial" w:cs="Arial"/>
        </w:rPr>
        <w:t>persoanele</w:t>
      </w:r>
      <w:proofErr w:type="spellEnd"/>
      <w:r w:rsidR="003B528D" w:rsidRPr="003B528D">
        <w:rPr>
          <w:rFonts w:ascii="Arial" w:hAnsi="Arial" w:cs="Arial"/>
        </w:rPr>
        <w:t xml:space="preserve"> </w:t>
      </w:r>
      <w:proofErr w:type="spellStart"/>
      <w:r w:rsidRPr="003B528D">
        <w:rPr>
          <w:rFonts w:ascii="Arial" w:hAnsi="Arial" w:cs="Arial"/>
        </w:rPr>
        <w:t>interesa</w:t>
      </w:r>
      <w:r w:rsidR="003B528D" w:rsidRPr="003B528D">
        <w:rPr>
          <w:rFonts w:ascii="Arial" w:hAnsi="Arial" w:cs="Arial"/>
        </w:rPr>
        <w:t>te</w:t>
      </w:r>
      <w:proofErr w:type="spellEnd"/>
      <w:r w:rsidRPr="003B528D">
        <w:rPr>
          <w:rFonts w:ascii="Arial" w:hAnsi="Arial" w:cs="Arial"/>
        </w:rPr>
        <w:t xml:space="preserve"> </w:t>
      </w:r>
      <w:proofErr w:type="spellStart"/>
      <w:r w:rsidRPr="003B528D">
        <w:rPr>
          <w:rFonts w:ascii="Arial" w:hAnsi="Arial" w:cs="Arial"/>
        </w:rPr>
        <w:t>să</w:t>
      </w:r>
      <w:proofErr w:type="spellEnd"/>
      <w:r w:rsidRPr="003B528D">
        <w:rPr>
          <w:rFonts w:ascii="Arial" w:hAnsi="Arial" w:cs="Arial"/>
        </w:rPr>
        <w:t xml:space="preserve"> </w:t>
      </w:r>
      <w:proofErr w:type="spellStart"/>
      <w:r w:rsidRPr="003B528D">
        <w:rPr>
          <w:rFonts w:ascii="Arial" w:hAnsi="Arial" w:cs="Arial"/>
        </w:rPr>
        <w:t>transmită</w:t>
      </w:r>
      <w:proofErr w:type="spellEnd"/>
      <w:r w:rsidRPr="003B528D">
        <w:rPr>
          <w:rFonts w:ascii="Arial" w:hAnsi="Arial" w:cs="Arial"/>
        </w:rPr>
        <w:t xml:space="preserve"> </w:t>
      </w:r>
      <w:proofErr w:type="spellStart"/>
      <w:r w:rsidRPr="003B528D">
        <w:rPr>
          <w:rFonts w:ascii="Arial" w:hAnsi="Arial" w:cs="Arial"/>
        </w:rPr>
        <w:t>oferte</w:t>
      </w:r>
      <w:proofErr w:type="spellEnd"/>
      <w:r w:rsidRPr="003B528D">
        <w:rPr>
          <w:rFonts w:ascii="Arial" w:hAnsi="Arial" w:cs="Arial"/>
        </w:rPr>
        <w:t xml:space="preserve"> pentru furnizarea de produse, prestarea de servicii sau executarea lucrărilor descrise în prezenta solicitare.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19"/>
        <w:gridCol w:w="4819"/>
      </w:tblGrid>
      <w:tr w:rsidR="00166F67" w:rsidRPr="003B528D" w14:paraId="04BC38A2" w14:textId="77777777">
        <w:trPr>
          <w:jc w:val="center"/>
        </w:trPr>
        <w:tc>
          <w:tcPr>
            <w:tcW w:w="4824" w:type="dxa"/>
            <w:vAlign w:val="center"/>
          </w:tcPr>
          <w:p w14:paraId="6427D909" w14:textId="77777777" w:rsidR="00166F67" w:rsidRPr="003B528D" w:rsidRDefault="00000000">
            <w:pPr>
              <w:rPr>
                <w:rFonts w:ascii="Arial" w:hAnsi="Arial" w:cs="Arial"/>
              </w:rPr>
            </w:pPr>
            <w:r w:rsidRPr="003B528D">
              <w:rPr>
                <w:rFonts w:ascii="Arial" w:hAnsi="Arial" w:cs="Arial"/>
                <w:b/>
                <w:color w:val="2C417D"/>
              </w:rPr>
              <w:t>Denumirea proiectului</w:t>
            </w:r>
          </w:p>
        </w:tc>
        <w:tc>
          <w:tcPr>
            <w:tcW w:w="4824" w:type="dxa"/>
            <w:vAlign w:val="center"/>
          </w:tcPr>
          <w:p w14:paraId="67BE25C7" w14:textId="77777777" w:rsidR="00166F67" w:rsidRPr="003B528D" w:rsidRDefault="00000000">
            <w:pPr>
              <w:rPr>
                <w:rFonts w:ascii="Arial" w:hAnsi="Arial" w:cs="Arial"/>
              </w:rPr>
            </w:pPr>
            <w:r w:rsidRPr="003B528D">
              <w:rPr>
                <w:rFonts w:ascii="Arial" w:hAnsi="Arial" w:cs="Arial"/>
              </w:rPr>
              <w:t>[Titlul proiectului / obiectul achiziției]</w:t>
            </w:r>
          </w:p>
        </w:tc>
      </w:tr>
      <w:tr w:rsidR="00166F67" w:rsidRPr="003B528D" w14:paraId="3A0957AE" w14:textId="77777777">
        <w:trPr>
          <w:jc w:val="center"/>
        </w:trPr>
        <w:tc>
          <w:tcPr>
            <w:tcW w:w="4824" w:type="dxa"/>
            <w:vAlign w:val="center"/>
          </w:tcPr>
          <w:p w14:paraId="43D56390" w14:textId="77777777" w:rsidR="00166F67" w:rsidRPr="003B528D" w:rsidRDefault="00000000">
            <w:pPr>
              <w:rPr>
                <w:rFonts w:ascii="Arial" w:hAnsi="Arial" w:cs="Arial"/>
              </w:rPr>
            </w:pPr>
            <w:r w:rsidRPr="003B528D">
              <w:rPr>
                <w:rFonts w:ascii="Arial" w:hAnsi="Arial" w:cs="Arial"/>
                <w:b/>
                <w:color w:val="2C417D"/>
              </w:rPr>
              <w:t>Număr anunț</w:t>
            </w:r>
          </w:p>
        </w:tc>
        <w:tc>
          <w:tcPr>
            <w:tcW w:w="4824" w:type="dxa"/>
            <w:vAlign w:val="center"/>
          </w:tcPr>
          <w:p w14:paraId="6C595471" w14:textId="77777777" w:rsidR="00166F67" w:rsidRPr="003B528D" w:rsidRDefault="00000000">
            <w:pPr>
              <w:rPr>
                <w:rFonts w:ascii="Arial" w:hAnsi="Arial" w:cs="Arial"/>
              </w:rPr>
            </w:pPr>
            <w:r w:rsidRPr="003B528D">
              <w:rPr>
                <w:rFonts w:ascii="Arial" w:hAnsi="Arial" w:cs="Arial"/>
              </w:rPr>
              <w:t>[Nr. / data]</w:t>
            </w:r>
          </w:p>
        </w:tc>
      </w:tr>
      <w:tr w:rsidR="00166F67" w:rsidRPr="003B528D" w14:paraId="158D6325" w14:textId="77777777">
        <w:trPr>
          <w:jc w:val="center"/>
        </w:trPr>
        <w:tc>
          <w:tcPr>
            <w:tcW w:w="4824" w:type="dxa"/>
            <w:vAlign w:val="center"/>
          </w:tcPr>
          <w:p w14:paraId="137585F4" w14:textId="77777777" w:rsidR="00166F67" w:rsidRPr="003B528D" w:rsidRDefault="00000000">
            <w:pPr>
              <w:rPr>
                <w:rFonts w:ascii="Arial" w:hAnsi="Arial" w:cs="Arial"/>
              </w:rPr>
            </w:pPr>
            <w:r w:rsidRPr="003B528D">
              <w:rPr>
                <w:rFonts w:ascii="Arial" w:hAnsi="Arial" w:cs="Arial"/>
                <w:b/>
                <w:color w:val="2C417D"/>
              </w:rPr>
              <w:t>Data publicării</w:t>
            </w:r>
          </w:p>
        </w:tc>
        <w:tc>
          <w:tcPr>
            <w:tcW w:w="4824" w:type="dxa"/>
            <w:vAlign w:val="center"/>
          </w:tcPr>
          <w:p w14:paraId="1EA0B005" w14:textId="77777777" w:rsidR="00166F67" w:rsidRPr="003B528D" w:rsidRDefault="00000000">
            <w:pPr>
              <w:rPr>
                <w:rFonts w:ascii="Arial" w:hAnsi="Arial" w:cs="Arial"/>
              </w:rPr>
            </w:pPr>
            <w:r w:rsidRPr="003B528D">
              <w:rPr>
                <w:rFonts w:ascii="Arial" w:hAnsi="Arial" w:cs="Arial"/>
              </w:rPr>
              <w:t>[ZZ.LL.AAAA]</w:t>
            </w:r>
          </w:p>
        </w:tc>
      </w:tr>
      <w:tr w:rsidR="00166F67" w:rsidRPr="003B528D" w14:paraId="0BBB23BD" w14:textId="77777777">
        <w:trPr>
          <w:jc w:val="center"/>
        </w:trPr>
        <w:tc>
          <w:tcPr>
            <w:tcW w:w="4824" w:type="dxa"/>
            <w:vAlign w:val="center"/>
          </w:tcPr>
          <w:p w14:paraId="6C21462D" w14:textId="77777777" w:rsidR="00166F67" w:rsidRPr="003B528D" w:rsidRDefault="00000000">
            <w:pPr>
              <w:rPr>
                <w:rFonts w:ascii="Arial" w:hAnsi="Arial" w:cs="Arial"/>
              </w:rPr>
            </w:pPr>
            <w:r w:rsidRPr="003B528D">
              <w:rPr>
                <w:rFonts w:ascii="Arial" w:hAnsi="Arial" w:cs="Arial"/>
                <w:b/>
                <w:color w:val="2C417D"/>
              </w:rPr>
              <w:t>Termen-limită</w:t>
            </w:r>
          </w:p>
        </w:tc>
        <w:tc>
          <w:tcPr>
            <w:tcW w:w="4824" w:type="dxa"/>
            <w:vAlign w:val="center"/>
          </w:tcPr>
          <w:p w14:paraId="538E0DFA" w14:textId="77777777" w:rsidR="00166F67" w:rsidRPr="003B528D" w:rsidRDefault="00000000">
            <w:pPr>
              <w:rPr>
                <w:rFonts w:ascii="Arial" w:hAnsi="Arial" w:cs="Arial"/>
              </w:rPr>
            </w:pPr>
            <w:r w:rsidRPr="003B528D">
              <w:rPr>
                <w:rFonts w:ascii="Arial" w:hAnsi="Arial" w:cs="Arial"/>
              </w:rPr>
              <w:t>[ZZ.LL.AAAA, ora HH:MM]</w:t>
            </w:r>
          </w:p>
        </w:tc>
      </w:tr>
      <w:tr w:rsidR="00166F67" w:rsidRPr="003B528D" w14:paraId="0E687A78" w14:textId="77777777">
        <w:trPr>
          <w:jc w:val="center"/>
        </w:trPr>
        <w:tc>
          <w:tcPr>
            <w:tcW w:w="4824" w:type="dxa"/>
            <w:vAlign w:val="center"/>
          </w:tcPr>
          <w:p w14:paraId="2556BD10" w14:textId="77777777" w:rsidR="00166F67" w:rsidRPr="003B528D" w:rsidRDefault="00000000">
            <w:pPr>
              <w:rPr>
                <w:rFonts w:ascii="Arial" w:hAnsi="Arial" w:cs="Arial"/>
              </w:rPr>
            </w:pPr>
            <w:r w:rsidRPr="003B528D">
              <w:rPr>
                <w:rFonts w:ascii="Arial" w:hAnsi="Arial" w:cs="Arial"/>
                <w:b/>
                <w:color w:val="2C417D"/>
              </w:rPr>
              <w:t>E-mail pentru oferte</w:t>
            </w:r>
          </w:p>
        </w:tc>
        <w:tc>
          <w:tcPr>
            <w:tcW w:w="4824" w:type="dxa"/>
            <w:vAlign w:val="center"/>
          </w:tcPr>
          <w:p w14:paraId="0B9FD985" w14:textId="77777777" w:rsidR="00166F67" w:rsidRPr="003B528D" w:rsidRDefault="00000000">
            <w:pPr>
              <w:rPr>
                <w:rFonts w:ascii="Arial" w:hAnsi="Arial" w:cs="Arial"/>
              </w:rPr>
            </w:pPr>
            <w:r w:rsidRPr="003B528D">
              <w:rPr>
                <w:rFonts w:ascii="Arial" w:hAnsi="Arial" w:cs="Arial"/>
              </w:rPr>
              <w:t>[adresa de e-mail desemnată]</w:t>
            </w:r>
          </w:p>
        </w:tc>
      </w:tr>
    </w:tbl>
    <w:p w14:paraId="592EF514" w14:textId="77777777" w:rsidR="00166F67" w:rsidRPr="003B528D" w:rsidRDefault="00000000">
      <w:pPr>
        <w:pStyle w:val="Heading2"/>
        <w:rPr>
          <w:rFonts w:ascii="Arial" w:hAnsi="Arial" w:cs="Arial"/>
          <w:color w:val="1F497D" w:themeColor="text2"/>
        </w:rPr>
      </w:pPr>
      <w:r w:rsidRPr="003B528D">
        <w:rPr>
          <w:rFonts w:ascii="Arial" w:hAnsi="Arial" w:cs="Arial"/>
          <w:color w:val="1F497D" w:themeColor="text2"/>
        </w:rPr>
        <w:t>1. Obiectul solicitării</w:t>
      </w:r>
    </w:p>
    <w:p w14:paraId="797CF5E6" w14:textId="77777777" w:rsidR="00166F67" w:rsidRPr="003B528D" w:rsidRDefault="00000000">
      <w:pPr>
        <w:rPr>
          <w:rFonts w:ascii="Arial" w:hAnsi="Arial" w:cs="Arial"/>
        </w:rPr>
      </w:pPr>
      <w:r w:rsidRPr="003B528D">
        <w:rPr>
          <w:rFonts w:ascii="Arial" w:hAnsi="Arial" w:cs="Arial"/>
        </w:rPr>
        <w:t>[Descriere succintă a proiectului, a lucrărilor, serviciilor sau echipamentelor solicitate.]</w:t>
      </w:r>
    </w:p>
    <w:p w14:paraId="49F27F80" w14:textId="77777777" w:rsidR="00166F67" w:rsidRPr="003B528D" w:rsidRDefault="00000000">
      <w:pPr>
        <w:pStyle w:val="Heading2"/>
        <w:rPr>
          <w:rFonts w:ascii="Arial" w:hAnsi="Arial" w:cs="Arial"/>
          <w:color w:val="1F497D" w:themeColor="text2"/>
        </w:rPr>
      </w:pPr>
      <w:r w:rsidRPr="003B528D">
        <w:rPr>
          <w:rFonts w:ascii="Arial" w:hAnsi="Arial" w:cs="Arial"/>
          <w:color w:val="1F497D" w:themeColor="text2"/>
        </w:rPr>
        <w:t>2. Cerințe tehnice și documente</w:t>
      </w:r>
    </w:p>
    <w:p w14:paraId="77123095" w14:textId="77777777" w:rsidR="00166F67" w:rsidRPr="003B528D" w:rsidRDefault="00000000">
      <w:pPr>
        <w:rPr>
          <w:rFonts w:ascii="Arial" w:hAnsi="Arial" w:cs="Arial"/>
        </w:rPr>
      </w:pPr>
      <w:r w:rsidRPr="003B528D">
        <w:rPr>
          <w:rFonts w:ascii="Arial" w:hAnsi="Arial" w:cs="Arial"/>
        </w:rPr>
        <w:t>[Specificații tehnice, cantități, condiții de livrare/execuție și documentele ce trebuie incluse în ofertă.]</w:t>
      </w:r>
    </w:p>
    <w:p w14:paraId="0FDEB13A" w14:textId="77777777" w:rsidR="00166F67" w:rsidRPr="003B528D" w:rsidRDefault="00000000">
      <w:pPr>
        <w:pStyle w:val="Heading2"/>
        <w:rPr>
          <w:rFonts w:ascii="Arial" w:hAnsi="Arial" w:cs="Arial"/>
          <w:color w:val="1F497D" w:themeColor="text2"/>
        </w:rPr>
      </w:pPr>
      <w:r w:rsidRPr="003B528D">
        <w:rPr>
          <w:rFonts w:ascii="Arial" w:hAnsi="Arial" w:cs="Arial"/>
          <w:color w:val="1F497D" w:themeColor="text2"/>
        </w:rPr>
        <w:t>3. Transmiterea ofertelor</w:t>
      </w:r>
    </w:p>
    <w:p w14:paraId="6D41C387" w14:textId="77777777" w:rsidR="00166F67" w:rsidRPr="003B528D" w:rsidRDefault="00000000">
      <w:pPr>
        <w:rPr>
          <w:rFonts w:ascii="Arial" w:hAnsi="Arial" w:cs="Arial"/>
        </w:rPr>
      </w:pPr>
      <w:r w:rsidRPr="003B528D">
        <w:rPr>
          <w:rFonts w:ascii="Arial" w:hAnsi="Arial" w:cs="Arial"/>
        </w:rPr>
        <w:t>Ofertele vor fi transmise exclusiv prin e-mail, la adresa indicată mai sus, până la termenul-limită menționat. Perioada propusă pentru primirea ofertelor este de 3 zile calendaristice de la publicare, urmând a fi confirmată pentru fiecare anunț.</w:t>
      </w:r>
    </w:p>
    <w:p w14:paraId="0EF6FA7F" w14:textId="77777777" w:rsidR="00166F67" w:rsidRPr="003B528D" w:rsidRDefault="00000000">
      <w:pPr>
        <w:pStyle w:val="Heading2"/>
        <w:rPr>
          <w:rFonts w:ascii="Arial" w:hAnsi="Arial" w:cs="Arial"/>
          <w:color w:val="1F497D" w:themeColor="text2"/>
        </w:rPr>
      </w:pPr>
      <w:r w:rsidRPr="003B528D">
        <w:rPr>
          <w:rFonts w:ascii="Arial" w:hAnsi="Arial" w:cs="Arial"/>
          <w:color w:val="1F497D" w:themeColor="text2"/>
        </w:rPr>
        <w:t>4. Informații suplimentare</w:t>
      </w:r>
    </w:p>
    <w:p w14:paraId="33F495B5" w14:textId="77777777" w:rsidR="00166F67" w:rsidRPr="003B528D" w:rsidRDefault="00000000">
      <w:pPr>
        <w:rPr>
          <w:rFonts w:ascii="Arial" w:hAnsi="Arial" w:cs="Arial"/>
        </w:rPr>
      </w:pPr>
      <w:r w:rsidRPr="003B528D">
        <w:rPr>
          <w:rFonts w:ascii="Arial" w:hAnsi="Arial" w:cs="Arial"/>
        </w:rPr>
        <w:t>[Persoană de contact / modalitatea de solicitare a clarificărilor, dacă este cazul.]</w:t>
      </w:r>
    </w:p>
    <w:p w14:paraId="492003BD" w14:textId="77777777" w:rsidR="00166F67" w:rsidRDefault="00000000">
      <w:pPr>
        <w:rPr>
          <w:rFonts w:ascii="Arial" w:hAnsi="Arial" w:cs="Arial"/>
          <w:i/>
          <w:sz w:val="16"/>
        </w:rPr>
      </w:pPr>
      <w:r w:rsidRPr="003B528D">
        <w:rPr>
          <w:rFonts w:ascii="Arial" w:hAnsi="Arial" w:cs="Arial"/>
          <w:i/>
          <w:sz w:val="16"/>
        </w:rPr>
        <w:t xml:space="preserve">Notă: Acesta este un exemplu de prezentare, nu o procedură oficială de achiziție. Conținutul, termenul și condițiile vor fi validate </w:t>
      </w:r>
      <w:proofErr w:type="spellStart"/>
      <w:r w:rsidRPr="003B528D">
        <w:rPr>
          <w:rFonts w:ascii="Arial" w:hAnsi="Arial" w:cs="Arial"/>
          <w:i/>
          <w:sz w:val="16"/>
        </w:rPr>
        <w:t>înainte</w:t>
      </w:r>
      <w:proofErr w:type="spellEnd"/>
      <w:r w:rsidRPr="003B528D">
        <w:rPr>
          <w:rFonts w:ascii="Arial" w:hAnsi="Arial" w:cs="Arial"/>
          <w:i/>
          <w:sz w:val="16"/>
        </w:rPr>
        <w:t xml:space="preserve"> de </w:t>
      </w:r>
      <w:proofErr w:type="spellStart"/>
      <w:r w:rsidRPr="003B528D">
        <w:rPr>
          <w:rFonts w:ascii="Arial" w:hAnsi="Arial" w:cs="Arial"/>
          <w:i/>
          <w:sz w:val="16"/>
        </w:rPr>
        <w:t>publicare</w:t>
      </w:r>
      <w:proofErr w:type="spellEnd"/>
      <w:r w:rsidRPr="003B528D">
        <w:rPr>
          <w:rFonts w:ascii="Arial" w:hAnsi="Arial" w:cs="Arial"/>
          <w:i/>
          <w:sz w:val="16"/>
        </w:rPr>
        <w:t>.</w:t>
      </w:r>
    </w:p>
    <w:p w14:paraId="361FD5E0" w14:textId="77777777" w:rsidR="003B528D" w:rsidRDefault="003B528D">
      <w:pPr>
        <w:rPr>
          <w:rFonts w:ascii="Arial" w:hAnsi="Arial" w:cs="Arial"/>
          <w:i/>
          <w:sz w:val="16"/>
        </w:rPr>
      </w:pPr>
    </w:p>
    <w:p w14:paraId="1B6B67E2" w14:textId="77777777" w:rsidR="003B528D" w:rsidRDefault="003B528D">
      <w:pPr>
        <w:rPr>
          <w:rFonts w:ascii="Arial" w:hAnsi="Arial" w:cs="Arial"/>
          <w:i/>
          <w:sz w:val="16"/>
        </w:rPr>
      </w:pPr>
    </w:p>
    <w:p w14:paraId="13598441" w14:textId="77777777" w:rsidR="003B528D" w:rsidRDefault="003B528D">
      <w:pPr>
        <w:rPr>
          <w:rFonts w:ascii="Arial" w:hAnsi="Arial" w:cs="Arial"/>
          <w:i/>
          <w:sz w:val="16"/>
        </w:rPr>
      </w:pPr>
    </w:p>
    <w:p w14:paraId="0D40CEEF" w14:textId="77777777" w:rsidR="003B528D" w:rsidRDefault="003B528D">
      <w:pPr>
        <w:rPr>
          <w:rFonts w:ascii="Arial" w:hAnsi="Arial" w:cs="Arial"/>
          <w:i/>
          <w:sz w:val="16"/>
        </w:rPr>
      </w:pPr>
    </w:p>
    <w:p w14:paraId="24A666D9" w14:textId="77777777" w:rsidR="003B528D" w:rsidRDefault="003B528D">
      <w:pPr>
        <w:rPr>
          <w:rFonts w:ascii="Arial" w:hAnsi="Arial" w:cs="Arial"/>
          <w:i/>
          <w:sz w:val="16"/>
        </w:rPr>
      </w:pPr>
    </w:p>
    <w:p w14:paraId="6F2B23EE" w14:textId="77777777" w:rsidR="003B528D" w:rsidRDefault="003B528D">
      <w:pPr>
        <w:rPr>
          <w:rFonts w:ascii="Arial" w:hAnsi="Arial" w:cs="Arial"/>
          <w:i/>
          <w:sz w:val="16"/>
        </w:rPr>
      </w:pPr>
    </w:p>
    <w:p w14:paraId="744F824B" w14:textId="77777777" w:rsidR="003B528D" w:rsidRDefault="003B528D">
      <w:pPr>
        <w:rPr>
          <w:rFonts w:ascii="Arial" w:hAnsi="Arial" w:cs="Arial"/>
          <w:i/>
          <w:sz w:val="16"/>
        </w:rPr>
      </w:pPr>
    </w:p>
    <w:p w14:paraId="0F7567B2" w14:textId="77777777" w:rsidR="003B528D" w:rsidRDefault="003B528D">
      <w:pPr>
        <w:rPr>
          <w:rFonts w:ascii="Arial" w:hAnsi="Arial" w:cs="Arial"/>
          <w:i/>
          <w:sz w:val="16"/>
        </w:rPr>
      </w:pPr>
    </w:p>
    <w:p w14:paraId="7D4B6E0B" w14:textId="77777777" w:rsidR="003B528D" w:rsidRDefault="003B528D">
      <w:pPr>
        <w:rPr>
          <w:rFonts w:ascii="Arial" w:hAnsi="Arial" w:cs="Arial"/>
          <w:i/>
          <w:sz w:val="16"/>
        </w:rPr>
      </w:pPr>
    </w:p>
    <w:p w14:paraId="3E88818E" w14:textId="77777777" w:rsidR="003B528D" w:rsidRDefault="003B528D">
      <w:pPr>
        <w:rPr>
          <w:rFonts w:ascii="Arial" w:hAnsi="Arial" w:cs="Arial"/>
          <w:i/>
          <w:sz w:val="16"/>
        </w:rPr>
      </w:pPr>
    </w:p>
    <w:p w14:paraId="23ABB19D" w14:textId="77777777" w:rsidR="003B528D" w:rsidRPr="003B528D" w:rsidRDefault="003B528D">
      <w:pPr>
        <w:rPr>
          <w:rFonts w:ascii="Arial" w:hAnsi="Arial" w:cs="Arial"/>
        </w:rPr>
      </w:pPr>
    </w:p>
    <w:sectPr w:rsidR="003B528D" w:rsidRPr="003B528D" w:rsidSect="00034616">
      <w:headerReference w:type="default" r:id="rId8"/>
      <w:footerReference w:type="default" r:id="rId9"/>
      <w:pgSz w:w="12240" w:h="15840"/>
      <w:pgMar w:top="1152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8CD87" w14:textId="77777777" w:rsidR="00B53962" w:rsidRDefault="00B53962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E5408D9" w14:textId="77777777" w:rsidR="00B53962" w:rsidRDefault="00B53962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8D384" w14:textId="77777777" w:rsidR="00166F67" w:rsidRDefault="00000000">
    <w:pPr>
      <w:pStyle w:val="Footer"/>
      <w:jc w:val="center"/>
      <w:rPr>
        <w:rFonts w:hint="eastAsia"/>
      </w:rPr>
    </w:pPr>
    <w:proofErr w:type="gramStart"/>
    <w:r>
      <w:rPr>
        <w:sz w:val="16"/>
      </w:rPr>
      <w:t>DATCOMP  •</w:t>
    </w:r>
    <w:proofErr w:type="gramEnd"/>
    <w:r>
      <w:rPr>
        <w:sz w:val="16"/>
      </w:rPr>
      <w:t xml:space="preserve">  </w:t>
    </w:r>
    <w:proofErr w:type="spellStart"/>
    <w:r>
      <w:rPr>
        <w:sz w:val="16"/>
      </w:rPr>
      <w:t>Servicii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pentru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tratarea</w:t>
    </w:r>
    <w:proofErr w:type="spellEnd"/>
    <w:r>
      <w:rPr>
        <w:sz w:val="16"/>
      </w:rPr>
      <w:t xml:space="preserve"> </w:t>
    </w:r>
    <w:proofErr w:type="spellStart"/>
    <w:proofErr w:type="gramStart"/>
    <w:r>
      <w:rPr>
        <w:sz w:val="16"/>
      </w:rPr>
      <w:t>apei</w:t>
    </w:r>
    <w:proofErr w:type="spellEnd"/>
    <w:r>
      <w:rPr>
        <w:sz w:val="16"/>
      </w:rPr>
      <w:t xml:space="preserve">  •</w:t>
    </w:r>
    <w:proofErr w:type="gramEnd"/>
    <w:r>
      <w:rPr>
        <w:sz w:val="16"/>
      </w:rPr>
      <w:t xml:space="preserve">  datcomp.ro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86EC6" w14:textId="77777777" w:rsidR="00B53962" w:rsidRDefault="00B53962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D01040F" w14:textId="77777777" w:rsidR="00B53962" w:rsidRDefault="00B53962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DDDBE" w14:textId="72A4014E" w:rsidR="003B528D" w:rsidRPr="003B528D" w:rsidRDefault="003B528D" w:rsidP="003B528D">
    <w:pPr>
      <w:pStyle w:val="Header"/>
    </w:pPr>
    <w:r>
      <w:t xml:space="preserve">                                                                       </w:t>
    </w:r>
    <w:r>
      <w:rPr>
        <w:noProof/>
      </w:rPr>
      <w:drawing>
        <wp:inline distT="0" distB="0" distL="0" distR="0" wp14:anchorId="1DBB313B" wp14:editId="6B98C562">
          <wp:extent cx="2964180" cy="1192677"/>
          <wp:effectExtent l="0" t="0" r="7620" b="7620"/>
          <wp:docPr id="206791379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7913797" name="Picture 206791379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21745" cy="12158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13296442">
    <w:abstractNumId w:val="8"/>
  </w:num>
  <w:num w:numId="2" w16cid:durableId="877746004">
    <w:abstractNumId w:val="6"/>
  </w:num>
  <w:num w:numId="3" w16cid:durableId="368654213">
    <w:abstractNumId w:val="5"/>
  </w:num>
  <w:num w:numId="4" w16cid:durableId="6255518">
    <w:abstractNumId w:val="4"/>
  </w:num>
  <w:num w:numId="5" w16cid:durableId="1811557971">
    <w:abstractNumId w:val="7"/>
  </w:num>
  <w:num w:numId="6" w16cid:durableId="852110350">
    <w:abstractNumId w:val="3"/>
  </w:num>
  <w:num w:numId="7" w16cid:durableId="1071544727">
    <w:abstractNumId w:val="2"/>
  </w:num>
  <w:num w:numId="8" w16cid:durableId="1166434634">
    <w:abstractNumId w:val="1"/>
  </w:num>
  <w:num w:numId="9" w16cid:durableId="99379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66F67"/>
    <w:rsid w:val="0029639D"/>
    <w:rsid w:val="00326F90"/>
    <w:rsid w:val="003B528D"/>
    <w:rsid w:val="00775947"/>
    <w:rsid w:val="00AA1D8D"/>
    <w:rsid w:val="00B47730"/>
    <w:rsid w:val="00B5396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6918A1C"/>
  <w14:defaultImageDpi w14:val="300"/>
  <w15:docId w15:val="{4698949F-77BC-4F94-9191-CD048314C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color w:val="313D4A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Datcomp Timisoara</cp:lastModifiedBy>
  <cp:revision>2</cp:revision>
  <dcterms:created xsi:type="dcterms:W3CDTF">2026-10-28T10:38:00Z</dcterms:created>
  <dcterms:modified xsi:type="dcterms:W3CDTF">2026-10-28T10:38:00Z</dcterms:modified>
  <cp:category/>
</cp:coreProperties>
</file>